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la théorie des probabilités. T2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Bousseboua, Moussdek/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335-338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9961007247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Probabilité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519.2/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théorème de la limite centrale/ distribution binomiale/ </w:t>
            </w:r>
          </w:p>
        </w:tc>
      </w:tr>
    </w:tbl>
    <w:p>
      <w:pPr>
        <w:pStyle w:val="Heading3"/>
      </w:pPr>
      <w:r>
        <w:t>Résumé :</w:t>
      </w:r>
    </w:p>
    <w:p>
      <w:r>
        <w:t>Cet ouvrage pourrait approfondir des sujets plus avancés tels que les martingales, les théories de la mesure, et des applications spécifiques à des domaines comme la finance ou l’ingénierie.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