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Power electronics and RF power systems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Eichenauer, Carl/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PTR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0136899102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power electronic/ engineering computation/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technical engineering textbook that focuses on the analysis of electrical power systems and RF (radio-frequency) power systems, combining theory with practical computational methods. a distinctive feature is the inclusion of programming examples (BASIC and C) to simulate and analyze power systems.</w:t>
        <w:br/>
        <w:br/>
        <w:t>it is aimed at electrical engineering students and professionals, especially those working in power electronics, rf systems, and system modeling.</w:t>
        <w:br/>
        <w:br/>
        <w:t>it is aimed at electrical engineering students and professionals, especially those working in power electronics, rf systems, and system modeling.</w:t>
        <w:br/>
        <w:br/>
        <w:t>the book is a comprehensive guide to analyzing electrical and rf power systems, combining:</w:t>
        <w:br/>
        <w:br/>
        <w:t>•</w:t>
        <w:tab/>
        <w:t xml:space="preserve">classical circuit theory </w:t>
        <w:br/>
        <w:br/>
        <w:t>•</w:t>
        <w:tab/>
        <w:t xml:space="preserve">power system modeling </w:t>
        <w:br/>
        <w:br/>
        <w:t>•</w:t>
        <w:tab/>
        <w:t xml:space="preserve">rf engineering concepts </w:t>
        <w:br/>
        <w:br/>
        <w:t>•</w:t>
        <w:tab/>
        <w:t xml:space="preserve">computational techniques </w:t>
        <w:br/>
        <w:br/>
        <w:t>it stands out by integrating engineering analysis with computer programming, making it especially useful for simulation-based design and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