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la théorie des probabilités.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Bousseboua, Moussdek/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w:t>
            </w:r>
          </w:p>
        </w:tc>
      </w:tr>
      <w:tr>
        <w:trPr>
          <w:trHeight w:val="567"/>
        </w:trPr>
        <w:tc>
          <w:tcPr>
            <w:tcW w:type="dxa" w:w="3000"/>
          </w:tcPr>
          <w:p>
            <w:r>
              <w:t>Notes Générales</w:t>
            </w:r>
          </w:p>
        </w:tc>
        <w:tc>
          <w:tcPr>
            <w:tcW w:type="dxa" w:w="7000"/>
          </w:tcPr>
          <w:p>
            <w:r>
              <w:t>Bibliogr. p.p. 281-283</w:t>
            </w:r>
          </w:p>
        </w:tc>
      </w:tr>
      <w:tr>
        <w:trPr>
          <w:trHeight w:val="567"/>
        </w:trPr>
        <w:tc>
          <w:tcPr>
            <w:tcW w:type="dxa" w:w="3000"/>
          </w:tcPr>
          <w:p>
            <w:r>
              <w:t>Numéro d'Identification</w:t>
            </w:r>
          </w:p>
        </w:tc>
        <w:tc>
          <w:tcPr>
            <w:tcW w:type="dxa" w:w="7000"/>
          </w:tcPr>
          <w:p>
            <w:r>
              <w:t>9789961007242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distribution normale/ modélisation probabiliste/ </w:t>
            </w:r>
          </w:p>
        </w:tc>
      </w:tr>
    </w:tbl>
    <w:p>
      <w:pPr>
        <w:pStyle w:val="Heading3"/>
      </w:pPr>
      <w:r>
        <w:t>Résumé :</w:t>
      </w:r>
    </w:p>
    <w:p>
      <w:r>
        <w:t>Cet ouvrage estiné il y a quelques années aux étudiants de 4-ème année du D.E.S de mathématiques et aux étudiants de PostGraduation en Proba-S tat, demeure toujours d'actualité et répond aujourd'hui aux besoins des étudiants en Master de probabilité et statistique, ainsi qu 'aux doctorants dans ce domaine.&lt;br&gt;L'opportunité de sa réimpression m'a offert la possibilité de réviser le contenu ainsi que la mise en page de l'ouvrage. Il s'est avéré que la première édition comportait certaines coquilles et certaines erreurs qui se sont glissées par inadvertance avec en plus une mise en page comportant aussi de nombreuses césures de lignes inopportunes et des césures d'équations demeurées inopérantes et faisant déborder certaines formules au delà des marges permises.&lt;br&gt;Cette réimpression m'a permis d'améliorer d'abord la mise en page et d'apporter les corrections nécessaires.&lt;br&gt;J 'espére avoir apporté lors de cette révision les aménagements et corrections nécessaires que j 'espère faciliterons et encourageront la lecture et l'étude de ce livre.&lt;br&gt;Je suis persuadé que le contenu de ce livre pourrait répondre aux attentes et besoins des étudiants en Master, des doctorants en proba stat et aussi à mes chers collègues que je prie de me faire part de leurs louables appréciations.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