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T1,  outils d'analyse des signaux et fonctions électroniques de base: cours &amp;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9782311005011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fonction de transfert/ </w:t>
            </w:r>
          </w:p>
        </w:tc>
      </w:tr>
    </w:tbl>
    <w:p>
      <w:pPr>
        <w:pStyle w:val="Heading3"/>
      </w:pPr>
      <w:r>
        <w:t>Résumé :</w:t>
      </w:r>
    </w:p>
    <w:p>
      <w:r>
        <w:t>Ce premier volume d'un ensemble dédié à l'électronique s'adresse aux étudiants du premier cycle de l'enseignement supérieur. Il propose un cours complet, des QCM et plus de 100 exercices de difficulté progressive. L'ouvrage aborde les savoirs fondamentaux en électronique, les outils d'analyse des signaux et les fonctions électroniques de base, permettant aux étudiants d'acquérir les connaissances théoriques et pratiques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