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 l'électronique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Faure, R/ Tournier, Général/ Précigout,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Initiation aux nouveautés de la science(N°:None)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336-340 p.p 341-358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d’Ohm/ </w:t>
            </w:r>
          </w:p>
        </w:tc>
      </w:tr>
    </w:tbl>
    <w:p>
      <w:pPr>
        <w:pStyle w:val="Heading3"/>
      </w:pPr>
      <w:r>
        <w:t>Résumé :</w:t>
      </w:r>
    </w:p>
    <w:p>
      <w:r>
        <w:t>Le livre Initiation à l’électronique de R. Faure présente les bases de l’électricité et des circuits électroniques.</w:t>
        <w:br/>
        <w:br/>
        <w:t>Il explique les composants fondamentaux comme les résistances, diodes et transistors.</w:t>
        <w:br/>
        <w:br/>
        <w:t>Il introduit les lois essentielles (Ohm, Kirchhoff) pour analyser les circuits simples.</w:t>
        <w:br/>
        <w:br/>
        <w:t>Il aborde le fonctionnement des semi-conducteurs et leurs applications de base.</w:t>
        <w:br/>
        <w:br/>
        <w:t>Enfin, il propose des montages pratiques pour faciliter l’apprentissage expérimental.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