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Comprendre et réaliser les tests statistiques à l'aide de 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Millot, Gaël/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795-806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9782804184988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logiciel statistique/ inférence statistique/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pour objectif de fournir une autonomie dans l'utilisation des tests statistiques. Il s'adresse aussi bien à ceux qui désirent s'investir dans le logiciel R qu'à ceux qui souhaitent réaliser des tests alors qu'ils débutent en statistique.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