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Comprendre et réaliser les tests statistiques à l'aide de 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Millot, Gaël/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767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Index p.p. 758-767</w:t>
            </w:r>
          </w:p>
        </w:tc>
      </w:tr>
      <w:tr>
        <w:trPr>
          <w:trHeight w:val="567"/>
        </w:trPr>
        <w:tc>
          <w:tcPr>
            <w:tcW w:type="dxa" w:w="3000"/>
          </w:tcPr>
          <w:p>
            <w:r>
              <w:t>Numéro d'Identification</w:t>
            </w:r>
          </w:p>
        </w:tc>
        <w:tc>
          <w:tcPr>
            <w:tcW w:type="dxa" w:w="7000"/>
          </w:tcPr>
          <w:p>
            <w:r>
              <w:t>9782804163655</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logiciel statistique/ prise de décision/ </w:t>
            </w:r>
          </w:p>
        </w:tc>
      </w:tr>
    </w:tbl>
    <w:p>
      <w:pPr>
        <w:pStyle w:val="Heading3"/>
      </w:pPr>
      <w:r>
        <w:t>Résumé :</w:t>
      </w:r>
    </w:p>
    <w:p>
      <w:r>
        <w:t>Cet ouvrage  s'adresse aux étudiants en médecine, en biologie, aux médecins et aux chercheurs désirant réaliser des tests alors qu'ils débutent en statistique ou en biostatistique. Son originalité est de proposer non seulement une explication très détaillée sur l'utilisation des tests les plus classiques, mais aussi la possibilité de réaliser ces tests à l'aide de R, logiciel de référence en statistique, gratuit, disponible sur internet et compatible avec Windows, Mac OS et Linux.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