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Electronique, labo et mesure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Besson, Fighiera/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2855351782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oscilloscope/ multimètre/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de référence en électronique qui fournit des tableaux d’équivalences entre différents composants semi-conducteurs : transistors, diodes et thyristors. Il permet de remplacer un composant défectueux par un autre aux caractéristiques similaires, facilitant ainsi la maintenance et la réparation des circuits électroniques.</w:t>
        <w:br/>
        <w:br/>
        <w:br/>
        <w:br/>
        <w:t>Les composants sont classés selon leurs références (alphabétiques et numériques), avec des informations sur leur type (NPN, PNP, etc.), leurs caractéristiques électriques et leurs applications.</w:t>
        <w:br/>
        <w:br/>
        <w:br/>
        <w:br/>
        <w:t>Le livre inclut des correspondances entre différents fabricants et standards internationaux, rendant possible l’identification d’équivalents compatibles.</w:t>
        <w:br/>
        <w:br/>
        <w:br/>
        <w:br/>
        <w:t>Il aborde aussi les notions de compatibilité (équivalence directe, fonctionnelle ou approchée), indispensables pour choisir correctement un substitut.</w:t>
        <w:br/>
        <w:br/>
        <w:br/>
        <w:br/>
        <w:t>Cet ouvrage est particulièrement utile pour les techniciens, ingénieurs et étudiants en électronique travaillant sur la conception, le dépannage ou la substitution de composants.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