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Procédés de séparation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Humphrey, Jimmy L./ Keller, George E./ Delacroix, Alain/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XI-355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Technique et ingénierie. Série Chimie(N°:None)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2100052187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Génie des Procédés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Séparation (technologie)/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guide complet qui permet à l'ingénieur de choisir et de mettre en place le procédé le mieux adapte à son application. Il décrit les principes et les caractéristiques de chaque procédé, leurs applications en insistant sur les aspects de coût et d'environnement, problématiques intéressant tout particulièrement les professionnels.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