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Liste d'équivalences transistors, diodes et thyristors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Félétou, Gérard/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7e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 Radio/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270910962x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thyristor/ transistor/ </w:t>
            </w:r>
          </w:p>
        </w:tc>
      </w:tr>
    </w:tbl>
    <w:p>
      <w:pPr>
        <w:pStyle w:val="Heading3"/>
      </w:pPr>
      <w:r>
        <w:t>Résumé :</w:t>
      </w:r>
    </w:p>
    <w:p>
      <w:r>
        <w:t>Ce livre est un guide pratique d’équivalences entre transistors, diodes et thyristors.</w:t>
        <w:br/>
        <w:br/>
        <w:t>Il permet de remplacer un composant électronique par un autre compatible.</w:t>
        <w:br/>
        <w:br/>
        <w:t>Les références sont classées avec leurs caractéristiques principales.</w:t>
        <w:br/>
        <w:br/>
        <w:t>Il facilite le dépannage et la maintenance des circuits électroniques.</w:t>
        <w:br/>
        <w:br/>
        <w:t>C’est un outil essentiel pour techniciens et ingénieurs en électronique.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