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Eletronics engineering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Dixit, Ashish/ Chopra, Anand/ </w:t>
            </w:r>
          </w:p>
        </w:tc>
      </w:tr>
      <w:tr>
        <w:trPr>
          <w:trHeight w:val="567"/>
        </w:trPr>
        <w:tc>
          <w:tcPr>
            <w:tcW w:type="dxa" w:w="3000"/>
          </w:tcPr>
          <w:p>
            <w:r>
              <w:t>Edition</w:t>
            </w:r>
          </w:p>
        </w:tc>
        <w:tc>
          <w:tcPr>
            <w:tcW w:type="dxa" w:w="7000"/>
          </w:tcPr>
          <w:p>
            <w:r>
              <w:t>2nd ed.</w:t>
            </w:r>
          </w:p>
        </w:tc>
      </w:tr>
      <w:tr>
        <w:trPr>
          <w:trHeight w:val="567"/>
        </w:trPr>
        <w:tc>
          <w:tcPr>
            <w:tcW w:type="dxa" w:w="3000"/>
          </w:tcPr>
          <w:p>
            <w:r>
              <w:t>Adresse bib.</w:t>
            </w:r>
          </w:p>
        </w:tc>
        <w:tc>
          <w:tcPr>
            <w:tcW w:type="dxa" w:w="7000"/>
          </w:tcPr>
          <w:p>
            <w:r>
              <w:t xml:space="preserve">Laxmi Publications/ </w:t>
            </w:r>
          </w:p>
        </w:tc>
      </w:tr>
      <w:tr>
        <w:trPr>
          <w:trHeight w:val="567"/>
        </w:trPr>
        <w:tc>
          <w:tcPr>
            <w:tcW w:type="dxa" w:w="3000"/>
          </w:tcPr>
          <w:p>
            <w:r>
              <w:t>Nombre de Pages</w:t>
            </w:r>
          </w:p>
        </w:tc>
        <w:tc>
          <w:tcPr>
            <w:tcW w:type="dxa" w:w="7000"/>
          </w:tcPr>
          <w:p>
            <w:r>
              <w:t>435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8131800296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electronics engineering/ </w:t>
            </w:r>
          </w:p>
        </w:tc>
      </w:tr>
    </w:tbl>
    <w:p>
      <w:pPr>
        <w:pStyle w:val="Heading3"/>
      </w:pPr>
      <w:r>
        <w:t>Résumé :</w:t>
      </w:r>
    </w:p>
    <w:p>
      <w:r>
        <w:t>Electronics Engineering is a comprehensive textbook designed to introduce students to both fundamental and applied concepts in electronics. It begins with the basic principles of electrical quantities and semiconductor physics, then explores essential components such as diodes and transistors and their practical uses in circuits. The book places strong emphasis on analog electronics, particularly amplifier design, feedback mechanisms, and frequency response. It also covers important circuit applications including operational amplifiers, oscillators, and regulated power supplies. In its later sections, the book introduces digital electronics, including number systems, logic gates, and digital circuit design. With numerous examples and solved problems, the text bridges theoretical knowledge and practical engineering applications, making it suitable for students in electrical and electronics engineering.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