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Koller, Emilian/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"L'Usine nouvelle"/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X-659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643-648.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9782100700738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des Procédés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toutes les données théoriques et pratiques utiles à la bonne maîtrise des opérations unitaires du génie chimique.</w:t>
        <w:br/>
        <w:br/>
        <w:br/>
        <w:br/>
        <w:t>Cette quatrième édition apporte de nombreuses mises à jour ainsi que des compléments, notamment sur les techniques de séparation, la sécurité et la gestion du risque chimique.</w:t>
        <w:br/>
        <w:br/>
        <w:t>Ce livre constitue un support indispensable aux ingénieurs, aux techniciens et aux étudiants en génie 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