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Estimation, prédiction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Duflos, Emmanuel/ Vanheeghe, Philippe/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Technip/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VIII-161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et technologies(N°:None)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2710807742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estimation de paramètre/ traitement du signal/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de façon synthétique l essentiel de ce qu il faut savoir en estimation et prédiction pour permettre au lecteur (étudiant, technicien ou ingénieur) une mise en oeuvre aisée. A cette fin, il se concentre sur les notions et méthodes nécessaires à des applications dans l industrie ou la recherche. Le livre associe des rappels théoriques à des exercices dont une correction particulièrement détaillée est proposée. Table des matières : 1. Notion d estimateur. 2. Notions sur les signaux aléatoires stationnaires. 3. Estimateurs issus de l approche classique. 4. Estimateurs issus de l approche bayesienne. Bibliographie.</w:t>
        <w:br/>
        <w:br/>
        <w:t>Signaler un problème ave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