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problèmes, C3-électronique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Lecoy, Gilles/ Nougier, J. P./ Llinarès, C./ Comallonga,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électrique/ problème d’électronique/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recueil d’exercices et de problèmes corrigés destiné aux étudiants en électronique (niveau universitaire ou classes préparatoires). il vise à renforcer la compréhension des concepts fondamentaux en électronique à travers une approche pratique.</w:t>
        <w:br/>
        <w:br/>
        <w:t>le livre couvre principalement les bases de l’électronique analogique et de l’électrocinétique, en mettant l’accent sur la résolution de problèmes concrets.</w:t>
        <w:br/>
        <w:br/>
        <w:t>ce livre est un outil d’entraînement intensif qui permet de passer de la théorie à la pratique en électronique, avec un accent particulier sur la maîtrise des méthodes de résolution.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