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Estibals, Bruno/ Weber, Serge/ 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9782100722228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générale/ composant électronique/ </w:t>
            </w:r>
          </w:p>
        </w:tc>
      </w:tr>
    </w:tbl>
    <w:p>
      <w:pPr>
        <w:pStyle w:val="Heading3"/>
      </w:pPr>
      <w:r>
        <w:t>Résumé :</w:t>
      </w:r>
    </w:p>
    <w:p>
      <w:r>
        <w:t>Ce manuel est destiné aux étudiants abordant l'électronique dans une filière post-bac (licence, iut, écoles d'ingénieurs). il présente sous forme de fiches de deux pages les notions essentielles d'électronique assorties d'exemples et d'applications concrètes. en fin de chapitre, des focus présentent des applications industrielles. la présentation est adaptée aux besoins des étudiants préparant un examen ou un concours : fiches synthétiques pour comprendre, qcm pour s'évaluer, exercices corrigés pour s'entraîner.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