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Phénomènes de transfert en génie des procédés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Couderc, Jean-Pierre/ Gourdon, Christophe/ Line, Alain/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XX-822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de génie des procédés(N°:None)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9782743010065</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660/ </w:t>
            </w:r>
          </w:p>
        </w:tc>
      </w:tr>
      <w:tr>
        <w:trPr>
          <w:trHeight w:val="567"/>
        </w:trPr>
        <w:tc>
          <w:tcPr>
            <w:tcW w:type="dxa" w:w="3000"/>
          </w:tcPr>
          <w:p>
            <w:r>
              <w:t>Sujet(s)</w:t>
            </w:r>
          </w:p>
        </w:tc>
        <w:tc>
          <w:tcPr>
            <w:tcW w:type="dxa" w:w="7000"/>
          </w:tcPr>
          <w:p>
            <w:r>
              <w:t xml:space="preserve">Théorie du transport/ dynamique des fluides/ </w:t>
            </w:r>
          </w:p>
        </w:tc>
      </w:tr>
    </w:tbl>
    <w:p>
      <w:pPr>
        <w:pStyle w:val="Heading3"/>
      </w:pPr>
      <w:r>
        <w:t>Résumé :</w:t>
      </w:r>
    </w:p>
    <w:p>
      <w:r>
        <w:t>Cet ouvrage présente les bases et les applications des phénomènes de transfert (chaleur, matière, quantité de mouvement) en génie des procédés. Il combine une approche théorique progressive avec des exemples concrets issus de l’industrie, afin d’expliquer comment modéliser, analyser et résoudre des problèmes réels dans les systèmes chimiques et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