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combinatoire-statstiques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Louquet, P/ Vogt, A/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Du cours aux applications(N°:None)</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lois de probabilité/ corrélation et Régression/ </w:t>
            </w:r>
          </w:p>
        </w:tc>
      </w:tr>
    </w:tbl>
    <w:p>
      <w:pPr>
        <w:pStyle w:val="Heading3"/>
      </w:pPr>
      <w:r>
        <w:t>Résumé :</w:t>
      </w:r>
    </w:p>
    <w:p>
      <w:r>
        <w:t>Voici un ouvrage important, unique en son genre en français, qui présente l'ensemble de la théorie des probabilités telle qu'on l'enseigne au niveau du master et dans les préparations à l'agrégation. La lecture de ce livre ne suppose que des connaissances élémentaires en probabilités ; celles-ci sont exposées dans le tome I, où la théorie de la mesure n'est pas utilisée. Le travail du lecteur sera facilité par la présence d'un grand nombre d'exercices, résolus de façon détaillée. Certains d'entre eux apportent au cours des compléments substantiels. Conçu pour les candidats à l'agrégation, ce manuel sera aussi un instrument utile pour les étudiants de première année de master, ainsi que pour les étudiants plus avancés désireux d'approfondir leurs bases en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