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 réglage et dépannage des téléviseurs à transistors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Dartevelle, Christian/ </w:t>
            </w:r>
          </w:p>
        </w:tc>
      </w:tr>
      <w:tr>
        <w:trPr>
          <w:trHeight w:val="567"/>
        </w:trPr>
        <w:tc>
          <w:tcPr>
            <w:tcW w:type="dxa" w:w="3000"/>
          </w:tcPr>
          <w:p>
            <w:r>
              <w:t>Adresse bib.</w:t>
            </w:r>
          </w:p>
        </w:tc>
        <w:tc>
          <w:tcPr>
            <w:tcW w:type="dxa" w:w="7000"/>
          </w:tcPr>
          <w:p>
            <w:r>
              <w:t xml:space="preserve">Ed. Radio/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2709107821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réglage tv/ circuit vidéo/ </w:t>
            </w:r>
          </w:p>
        </w:tc>
      </w:tr>
    </w:tbl>
    <w:p>
      <w:pPr>
        <w:pStyle w:val="Heading3"/>
      </w:pPr>
      <w:r>
        <w:t>Résumé :</w:t>
      </w:r>
    </w:p>
    <w:p>
      <w:r>
        <w:t>Le livre Technique, réglage et dépannage des téléviseurs à transistors présente les principes fondamentaux de fonctionnement des téléviseurs basés sur les transistors. Il décrit l’architecture générale d’un récepteur TV en détaillant les principaux blocs fonctionnels : alimentation, tuner, circuits de fréquence intermédiaire, vidéo, son et balayage. L’ouvrage explique le rôle des transistors dans l’amplification et le traitement des signaux. Il met en évidence les méthodes de réglage des différents étages pour assurer une bonne qualité d’image et de son. Une partie importante est consacrée aux techniques de diagnostic des pannes à partir des symptômes observés. Le livre propose des méthodes de mesure et d’analyse des circuits électroniques. Il recense les pannes fréquentes liées aux circuits d’alimentation, de synchronisation et d’affichage. Des procédures de dépannage systématiques sont présentées pour faciliter l’intervention du technicien. L’ouvrage insiste sur l’importance de la compréhension des schémas électroniques. Il constitue une référence pratique pour la maintenance et la réparation des téléviseurs à transistors.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