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Aléatoire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Méléard,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Éd. de l'École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9782730215756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expérience aléatoire/ calcul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notions de base des probabilités et s'adresse à tous les étudiants souhaitant découvrir ce domaine, avec uniquement les pré-requis mathématiques de classes préparatoires ou de L2.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