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soixante-quinze 75 pannes vidéo et TV,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Dartevelle,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 repair/ maintenance/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guide pratique de dépannage des téléviseurs basé sur des cas réels.</w:t>
        <w:br/>
        <w:br/>
        <w:t>Il présente plus de 400 pannes classées selon les symptômes (image, son, couleur, synchronisation).</w:t>
        <w:br/>
        <w:br/>
        <w:t>Chaque panne est analysée avec ses causes et les solutions de réparation.</w:t>
        <w:br/>
        <w:br/>
        <w:t>Il aide à diagnostiquer rapidement les défauts électroniques des TV.</w:t>
        <w:br/>
        <w:br/>
        <w:t>C’est une référence utile pour les étudiants et techniciens en maintenance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