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discrètes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327-329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9782364931732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 central limite/ variable aléatoire/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ouvrage destiné aux étudiants des classes préparatoires (MP, MP*, PSI*) ainsi qu’à ceux préparant les examens de CAPES et d’agrégation en mathématiques. Il vise à fournir une base solide en théorie des probabilités, en se concentrant sur les cas discrets.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