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Programming 32-bit microcontrollers in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 Jasio, Lucio/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Elsevier/ Newnes/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Embedded technology series(N°:None)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519-527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9780750687096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development tool/ peripheral set/ </w:t>
            </w:r>
          </w:p>
        </w:tc>
      </w:tr>
    </w:tbl>
    <w:p>
      <w:pPr>
        <w:pStyle w:val="Heading3"/>
      </w:pPr>
      <w:r>
        <w:t>Résumé :</w:t>
      </w:r>
    </w:p>
    <w:p>
      <w:r>
        <w:t>Just months after the introduction of the new generation of 32-bit PIC microcontrollers, a microchip insider and acclaimed author takes you by hand at the exploration of the PIC32*Includes handy checklists to help readers perform the most common programming and debugging tasksThe new 32-bit microcontrollers bring the promise of more speed and more performance while offering an unprecedented level of compatibility with existing 8 and 16-bit PIC microcontrollers. In sixteen engaging chapters, using a parallel track to his previous title dedicated to 16-bit programming, the author puts all these claims to test while offering a gradual introduction to the development and debugging of embedded control applications in C. Author Lucio Di Jasio, a PIC and embedded control expert, offers unique insight into the new 32-bit architecture while developing a number of projects of growing complexity.</w:t>
        <w:br/>
        <w:br/>
        <w:t>experienced PIC users and newcomers to the field alike will benefit from the text’s many thorough examples which demonstrate how to nimbly side-step common obstacles, solve real-world design problems efficiently and optimize code using the new PIC32 features and peripheral set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