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 -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distribution de fréquences/ tests d'hypothèses (Significativité)/ </w:t>
            </w:r>
          </w:p>
        </w:tc>
      </w:tr>
    </w:tbl>
    <w:p>
      <w:pPr>
        <w:pStyle w:val="Heading3"/>
      </w:pPr>
      <w:r>
        <w:t>Résumé :</w:t>
      </w:r>
    </w:p>
    <w:p>
      <w:r>
        <w:t>L'objectif principal de Maxime Lamotte est de fournir aux biologistes les outils nécessaires pour organiser, analyser et interpréter les données issues de l'observation ou de l'expérimentation.L'auteur part du principe que la variabilité est la caractéristique majeure du monde vivant. Le livre guide le lecteur à travers :La description des données : Comment résumer une série de mesures (moyenne, variance, écart-type).Les lois de probabilité : L'introduction des modèles théoriques (Loi Normale, Binomiale, Poisson) qui régissent les phénomènes biologiques.L'inférence statistique : Comment tirer des conclusions générales à partir d'un échantillon limité. Cela inclut les tests de comparaison (test t de Student, $\chi^2$) et l'étude des relations entre variables (corrélation et régression).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