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Climatisation, conditionnement d'air 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Bouteloup, Jacques/ Ligen, Jean/ Guay,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parisiennes (EDIPA)/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2862430617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Fluide compressible/ machine à fluide/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base scientifique indispensable pour comprendre le fonctionnement des systèmes de climatisation et de conditionnement d’air.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