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Fundamentals of linear electronics integrated and discrete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Cox, James/ </w:t>
            </w:r>
          </w:p>
        </w:tc>
      </w:tr>
      <w:tr>
        <w:trPr>
          <w:trHeight w:val="567"/>
        </w:trPr>
        <w:tc>
          <w:tcPr>
            <w:tcW w:type="dxa" w:w="3000"/>
          </w:tcPr>
          <w:p>
            <w:r>
              <w:t>Edition</w:t>
            </w:r>
          </w:p>
        </w:tc>
        <w:tc>
          <w:tcPr>
            <w:tcW w:type="dxa" w:w="7000"/>
          </w:tcPr>
          <w:p>
            <w:r>
              <w:t>2 nd edition</w:t>
            </w:r>
          </w:p>
        </w:tc>
      </w:tr>
      <w:tr>
        <w:trPr>
          <w:trHeight w:val="567"/>
        </w:trPr>
        <w:tc>
          <w:tcPr>
            <w:tcW w:type="dxa" w:w="3000"/>
          </w:tcPr>
          <w:p>
            <w:r>
              <w:t>Adresse bib.</w:t>
            </w:r>
          </w:p>
        </w:tc>
        <w:tc>
          <w:tcPr>
            <w:tcW w:type="dxa" w:w="7000"/>
          </w:tcPr>
          <w:p>
            <w:r/>
          </w:p>
        </w:tc>
      </w:tr>
      <w:tr>
        <w:trPr>
          <w:trHeight w:val="567"/>
        </w:trPr>
        <w:tc>
          <w:tcPr>
            <w:tcW w:type="dxa" w:w="3000"/>
          </w:tcPr>
          <w:p>
            <w:r>
              <w:t>Nombre de Pages</w:t>
            </w:r>
          </w:p>
        </w:tc>
        <w:tc>
          <w:tcPr>
            <w:tcW w:type="dxa" w:w="7000"/>
          </w:tcPr>
          <w:p>
            <w:r>
              <w:t>884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875-884</w:t>
            </w:r>
          </w:p>
        </w:tc>
      </w:tr>
      <w:tr>
        <w:trPr>
          <w:trHeight w:val="567"/>
        </w:trPr>
        <w:tc>
          <w:tcPr>
            <w:tcW w:type="dxa" w:w="3000"/>
          </w:tcPr>
          <w:p>
            <w:r>
              <w:t>Numéro d'Identification</w:t>
            </w:r>
          </w:p>
        </w:tc>
        <w:tc>
          <w:tcPr>
            <w:tcW w:type="dxa" w:w="7000"/>
          </w:tcPr>
          <w:p>
            <w:r>
              <w:t>9780766830189</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Signal processing/ feedback systems/ </w:t>
            </w:r>
          </w:p>
        </w:tc>
      </w:tr>
    </w:tbl>
    <w:p>
      <w:pPr>
        <w:pStyle w:val="Heading3"/>
      </w:pPr>
      <w:r>
        <w:t>Résumé :</w:t>
      </w:r>
    </w:p>
    <w:p>
      <w:r>
        <w:t>The book Fundamentals of Linear Electronics: Integrated and Discrete provides a comprehensive introduction to the core principles of analog electronics, focusing on both discrete components and integrated circuits.</w:t>
        <w:br/>
        <w:br/>
        <w:br/>
        <w:br/>
        <w:t>It begins with fundamental circuit concepts such as Ohm’s law, Kirchhoff’s laws, and basic analysis techniques. The text then explores semiconductor devices, including diodes, bipolar junction transistors (BJTs), and MOSFETs, explaining their operation, characteristics, and practical use.</w:t>
        <w:br/>
        <w:br/>
        <w:br/>
        <w:br/>
        <w:t>A major part of the book is dedicated to linear amplifiers. It covers different amplifier configurations, biasing methods, small-signal models, and performance analysis. Operational amplifiers are also discussed in detail, along with their applications in filters, integrators, and comparators, as well as the role of feedback in circuit stability and gain control.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