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Méthodologie pour l'extrapolation des procédés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Euzen, Jean-Paul/ Trambouze, Pierre/ Wauquier, Jean-Pierre/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244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Publications de l'Institut français du pétrole(N°:None)</w:t>
            </w:r>
          </w:p>
        </w:tc>
      </w:tr>
      <w:tr>
        <w:trPr>
          <w:trHeight w:val="567"/>
        </w:trPr>
        <w:tc>
          <w:tcPr>
            <w:tcW w:type="dxa" w:w="3000"/>
          </w:tcPr>
          <w:p>
            <w:r>
              <w:t>Notes Générales</w:t>
            </w:r>
          </w:p>
        </w:tc>
        <w:tc>
          <w:tcPr>
            <w:tcW w:type="dxa" w:w="7000"/>
          </w:tcPr>
          <w:p>
            <w:r>
              <w:t>Bibliogr. p.p. 229-238. Index</w:t>
            </w:r>
          </w:p>
        </w:tc>
      </w:tr>
      <w:tr>
        <w:trPr>
          <w:trHeight w:val="567"/>
        </w:trPr>
        <w:tc>
          <w:tcPr>
            <w:tcW w:type="dxa" w:w="3000"/>
          </w:tcPr>
          <w:p>
            <w:r>
              <w:t>Numéro d'Identification</w:t>
            </w:r>
          </w:p>
        </w:tc>
        <w:tc>
          <w:tcPr>
            <w:tcW w:type="dxa" w:w="7000"/>
          </w:tcPr>
          <w:p>
            <w:r>
              <w:t>2710806355</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660/ </w:t>
            </w:r>
          </w:p>
        </w:tc>
      </w:tr>
      <w:tr>
        <w:trPr>
          <w:trHeight w:val="567"/>
        </w:trPr>
        <w:tc>
          <w:tcPr>
            <w:tcW w:type="dxa" w:w="3000"/>
          </w:tcPr>
          <w:p>
            <w:r>
              <w:t>Sujet(s)</w:t>
            </w:r>
          </w:p>
        </w:tc>
        <w:tc>
          <w:tcPr>
            <w:tcW w:type="dxa" w:w="7000"/>
          </w:tcPr>
          <w:p>
            <w:r>
              <w:t xml:space="preserve">Procédés chimiques/ </w:t>
            </w:r>
          </w:p>
        </w:tc>
      </w:tr>
    </w:tbl>
    <w:p>
      <w:pPr>
        <w:pStyle w:val="Heading3"/>
      </w:pPr>
      <w:r>
        <w:t>Résumé :</w:t>
      </w:r>
    </w:p>
    <w:p>
      <w:r>
        <w:t>Le livre présente une méthodologie systématique pour passer de l’échelle laboratoire à l’échelle industrielle des procédés chimiques. Il explique comment analyser et modéliser les phénomènes chimiques et physiques, identifier les paramètres clés influençant le procédé, et appliquer des techniques de dimensionnement, de simulation et de transfert d’échelle. L’approche combine analyse théorique, expérimentale et pratique pour garantir la sécurité, l’efficacité et la rentabilité des procédés à grande échelle.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