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 et exercices corrigés(N°:None)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statistique/ analyse de variance/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 nouveau chapitre consacré aux tests avec des exercices corrigés. Désormais, l'ouvrage offre une vision complète de la statistique et des probabilités.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