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des probabilités ou Mathématiques de l'incertain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Laloire, Jean-Claude/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9782343046273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espace de probabilité (Tribu, Mesure)/ variable aléatoire/ </w:t>
            </w:r>
          </w:p>
        </w:tc>
      </w:tr>
    </w:tbl>
    <w:p>
      <w:pPr>
        <w:pStyle w:val="Heading3"/>
      </w:pPr>
      <w:r>
        <w:t>Résumé :</w:t>
      </w:r>
    </w:p>
    <w:p>
      <w:r>
        <w:t>-5 % &amp; livraison GRATUITE en points de retrait éligibles, à sélectionner lors du paiement. Détails</w:t>
        <w:br/>
        <w:br/>
        <w:t>Ce manuel présente les aspects pratiques de l'analyse des données et les aspects théoriques des probabilités. Cela permet à la fois de comprendre les phénomènes observés, d'en déduire une prévision et ainsi de se projeter vers l'avenir avec un maximum de sécurité. Les méthodes proposées s'appliquent aussi bien aux sciences humaines qu'aux sciences biologiques et médicales et sont mises en pratique à l'aide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