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statistique/ variable aléatoire/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 de façon aussi simple que possible, les principaux concepts de la théorie des probabilités. On y trouve : - une introduction aux notions clés probabilistes ; - les principales lois de probabilités discrètes et continues ; - deux chapitres sur la loi empirique et le comportement asymptotique d'une suite de variables aléatoires ; - la théorie de l'estimation. S'appuyant sur de nombreuses années d'expérience de l'enseignement de la statistique en DEUG Economie-gestion, l'auteur illustre chaque notion nouvelle ou propriété important par une exemple et propose, à la fin de chaque chapitre, de nombreux exercices corrigés qui permettent de contrôler les acquis. Conscient des difficultés que rencontrent les étudiants de cette matière, il a choisi une présentation qui privilégie la compréhension, facilitée par de nombreux commentaires.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