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antennes: théorie &amp; pratique, émission &amp; réception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Ducros, André/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468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9782866611651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bande publique/ antenne parabolique/ </w:t>
            </w:r>
          </w:p>
        </w:tc>
      </w:tr>
    </w:tbl>
    <w:p>
      <w:pPr>
        <w:pStyle w:val="Heading3"/>
      </w:pPr>
      <w:r>
        <w:t>Résumé :</w:t>
      </w:r>
    </w:p>
    <w:p>
      <w:r>
        <w:t>Dans sa nouvelle édition 2009, cette bible des antennes devient l'ouvrage de référence pour les radioamateurs, les techniciens et les ingénieurs.</w:t>
        <w:br/>
        <w:br/>
        <w:br/>
        <w:br/>
        <w:t>La première partie traite de la propagation des ondes dans l'espace et sur les lignes ainsi que des caractéristiques fondamentales des antennes (gain, rayonnement, courant, tension...). Cette étude théorique est suivie de réalisations pratiques : antennes filaires, antennes à gain, antennes THF, antennes courtes, antennes à large bande et multibandes, antennes de réception.</w:t>
        <w:br/>
        <w:br/>
        <w:br/>
        <w:br/>
        <w:t>La dernière partie est consacrée aux ultimes réglages : adaptation des impédances, appareils de mesure, conseils de sécurité (poussée du vent, résistance des matériaux, pylônes et haubans, foudre...).</w:t>
        <w:br/>
        <w:br/>
        <w:br/>
        <w:br/>
        <w:t>Nouvelle édition augmentée : construction d'antennes Wi-Fi, mise à jour des informations sur le droit à l'antenne (installation radioamateur, télévision, téléphonie mobile), effets non thermiques des rayonnements.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