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statistiques.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Quittard Pinon, F./ Lignelet,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calcul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pour ceux qui souhaitent comprendre et appliquer les principes des probabilités dans divers domaines.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