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numerique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M/ Djeddi,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numirique/ notion de base/ </w:t>
            </w:r>
          </w:p>
        </w:tc>
      </w:tr>
    </w:tbl>
    <w:p>
      <w:pPr>
        <w:pStyle w:val="Heading3"/>
      </w:pPr>
      <w:r>
        <w:t>Résumé :</w:t>
      </w:r>
    </w:p>
    <w:p>
      <w:r>
        <w:t>A l'usage des etudiants et des ingénieurs, cet ouvrage renferme les notions fondamentales utilisées en traitement numérique du signal. l'illustration de la partie théorique par des exemples nombreux permettent de maitriser et de comprendre parfaitement l'ensemble des opérations fondamentales du traitement numérique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