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Bellair, Pierre/ Pomerol, Charles/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w:t>
            </w:r>
          </w:p>
        </w:tc>
      </w:tr>
    </w:tbl>
    <w:p>
      <w:pPr>
        <w:pStyle w:val="Heading3"/>
      </w:pPr>
      <w:r>
        <w:t>Résumé :</w:t>
      </w:r>
    </w:p>
    <w:p>
      <w:r>
        <w:t>Cet ouvrage présente les bases fondamentales de la géologie en décrivant la composition, la structure et l’évolution de la Terre. Il aborde les principaux processus géologiques, tels que la formation des roches, la tectonique, l’érosion et la sédimentation. Le livre propose une vision globale des phénomènes internes et externes qui façonnent la surface terrestre, tout en servant d’introduction pédagogique aux sciences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