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manuel de l'étudiants : série de manuels universitaires(N°:None)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9789961009192, 9961000706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probabilité conditionnelle/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un rappel de cours suivi d'exercices corrigés .il aborde les principales notions de base de la théorie des probabilités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