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problemes resulus en mécanique des sols. V1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Chelghoum, Nourreddine/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Publication de L'Université Badji Mokhtar-Annaba/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9789961899243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des sols/ sols naturels/ capacité portante/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recueil d’exercices corrigés destiné aux étudiants en génie civil et géotechnique. Il vise à appliquer les notions théoriques de la mécanique des sols à travers des problèmes concrets, progressifs et détaillés.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