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Elements de base en mecanique des sols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Chelghoum, Noureddine/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9961899024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Geotechnique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Géotechnique/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granulométrie/ degré de saturation/ poussée des terres/ ouvrages géotechniques/ sécurité des structures/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une introduction fondamentale à la mécanique des sols, destinée principalement aux étudiants en génie civil. Il présente les bases nécessaires pour comprendre le comportement des sols et leur rôle dans les projets de construction.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