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Statistiques pour psychologues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Meunier, Jean-Marc/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9782100538867</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statistique Descriptive : Série simple, série double, corrélation, régression linéaire./ variables : Discrètes, continues, échelles de mesure/ </w:t>
            </w:r>
          </w:p>
        </w:tc>
      </w:tr>
    </w:tbl>
    <w:p>
      <w:pPr>
        <w:pStyle w:val="Heading3"/>
      </w:pPr>
      <w:r>
        <w:t>Résumé :</w:t>
      </w:r>
    </w:p>
    <w:p>
      <w:r>
        <w:t>Les bases fondamentales et les grands concepts de la statistique en psychologie explicités et mis en scène dans un manuel clair et visuel. Chaque chapitre est structuré de la manière suivante : zoom sur les notions essentielles illustrées par 100 graphiques et tableaux et 200 photos ; mise en avant de définitions et de renvois vers des sites web ; développement d'applications et de documents interactifs (exercices corrigés, QCM, mini-tests, lectures conseillées avec deux niveaux de difficulté, webographie).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