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Measurements in high-voltage test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Bowdler, George William/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0080168388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électrique/ mesure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