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Lecoutre,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TD : éco-sup(N°:None)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distribution de probabilité/ regression/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correspond à l’enseignement de statistique et probabilités des trois années de licence économie, gestion, AES. Il permet à l'étudiant de réviser, grâce à des rappels de cours, et surtout de se préparer aux interrogations et aux partiels, grâce à 185 questions et exercices corrigés (QCM, questions de réflexion, exercices d’entraînement, sujets d’annales). Cette 6e édition inclut les derniers sujets d’annales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