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discrètes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Morvan,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exploratoire/ tests d'Hypothèses (Paramétriques et non paramétriques)/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qui débutent en probabilités. Il a pour vocation de leur permettre de progresser dans cette discipline de façon très autonome, en proposant à la fois un rappel de cours clair et concis, et une série d'exercices classés par ordre de difficulté croissante, assortis d'une correction particulièrement détaillée.</w:t>
        <w:br/>
        <w:br/>
        <w:br/>
        <w:br/>
        <w:t>De plus chaque chapitre est agrémenté d'une courte note historique, parfois anecdotique, qui place les notions introduites dans leur contexte.</w:t>
        <w:br/>
        <w:br/>
        <w:br/>
        <w:br/>
        <w:t>Les thèmes abordés sont classiques. Ils sont traités dans toutes les Universités et les classes préparatoires aux Grandes Écoles : Rappels de combinatoire, notions de probabilité, variables aléatoires, lois classiques, lois conjointes...</w:t>
        <w:br/>
        <w:br/>
        <w:br/>
        <w:br/>
        <w:t>Les exercices proposés sont typiques des questions posées aux examens et concours. Une fois ces notions assimilées, l'étudiant peut sans difficulté s'engager dans des études plus avancées.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