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commentes de mathématiques pour l'analyse statistique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Nakache, Jean-Pierre/ Chevalier, Anne/ Morice,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décision(N°:None)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307-312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2040114971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inférentielle/ statistique bivariée/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ceux qui cherchent à renforcer leur compréhension des mathématiques appliquées à l’analyse statistique, en offrant une approche pratique et interactive à travers des exercices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