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Dixit, Ashish/ Chopra, Anand/ Srivastava, Vivek/ </w:t>
            </w:r>
          </w:p>
        </w:tc>
      </w:tr>
      <w:tr>
        <w:trPr>
          <w:trHeight w:val="567"/>
        </w:trPr>
        <w:tc>
          <w:tcPr>
            <w:tcW w:type="dxa" w:w="3000"/>
          </w:tcPr>
          <w:p>
            <w:r>
              <w:t>Edition</w:t>
            </w:r>
          </w:p>
        </w:tc>
        <w:tc>
          <w:tcPr>
            <w:tcW w:type="dxa" w:w="7000"/>
          </w:tcPr>
          <w:p>
            <w:r>
              <w:t>4th ed.</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9789380386164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electronic engineering/ digital electronic/ </w:t>
            </w:r>
          </w:p>
        </w:tc>
      </w:tr>
    </w:tbl>
    <w:p>
      <w:pPr>
        <w:pStyle w:val="Heading3"/>
      </w:pPr>
      <w:r>
        <w:t>Résumé :</w:t>
      </w:r>
    </w:p>
    <w:p>
      <w:r>
        <w:t>This book comprehensively covers the undergraduate course on "electronics engineering" features of the book language is simple and easy to understand, analytical and mathematical approach has been provided wherever necessary, special note has been given at the end of the topic wherever necessary, more than 200+ solved numerical problems for understanding the theoretical concepts, cleare diagrams and complete mathematical steps.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