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L'analyse du sol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Pansu, Marc/ Gautheyrou, Jacques/ Loyer, Jean Yves/ Pinta, Maurice/ Herbillon, Adrien-Jules/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X-497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2225831300</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pédologie/ échantillonnage/ </w:t>
            </w:r>
          </w:p>
        </w:tc>
      </w:tr>
    </w:tbl>
    <w:p>
      <w:pPr>
        <w:pStyle w:val="Heading3"/>
      </w:pPr>
      <w:r>
        <w:t>Résumé :</w:t>
      </w:r>
    </w:p>
    <w:p>
      <w:r>
        <w:t>Ce manuel de référence dresse l'inventaire des outils d'échantillonnage, d'analyse et de contrôle dont disposent aujourd'hui les " sciences du sol ". Le public : Les chimistes spécialisés en physico-chimie analytique. Les ingénieurs, les chercheurs et les techniciens concernés par les sciences du sol que ce soit dans le domaine de l'agronomie, de la climatologie, de la géologie, de l'environnement, du génie civil ou de l'industrie minérale et organique associée au sol.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