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tester et mesurer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Dixon, Terry/ Fantou, J.C./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Dunod pratiguide électronique(N°:None)</w:t>
            </w:r>
          </w:p>
        </w:tc>
      </w:tr>
      <w:tr>
        <w:trPr>
          <w:trHeight w:val="567"/>
        </w:trPr>
        <w:tc>
          <w:tcPr>
            <w:tcW w:type="dxa" w:w="3000"/>
          </w:tcPr>
          <w:p>
            <w:r>
              <w:t>Numéro d'Identification</w:t>
            </w:r>
          </w:p>
        </w:tc>
        <w:tc>
          <w:tcPr>
            <w:tcW w:type="dxa" w:w="7000"/>
          </w:tcPr>
          <w:p>
            <w:r>
              <w:t>2040121242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électronique/ équipement électronique/ </w:t>
            </w:r>
          </w:p>
        </w:tc>
      </w:tr>
    </w:tbl>
    <w:p>
      <w:pPr>
        <w:pStyle w:val="Heading3"/>
      </w:pPr>
      <w:r>
        <w:t>Résumé :</w:t>
      </w:r>
    </w:p>
    <w:p>
      <w:r>
        <w:t>Cet ouvrage est un guide pratique destiné aux amateurs et techniciens en électronique pour concevoir et fabriquer leurs propres instruments de mesure et de test. il met l’accent sur une approche concrète, accessible et économique. le livre met en avant l’idée que la compréhension des instruments passe par leur construction. il encourage l’apprentissage expérimental et l’autonomie technique, tout en fournissant des exemples concrets et reproductibles.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