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Lejeune,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Statistique et probabilités appliquées(N°:None)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421-423. Index p.p. 425-431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9782817801568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aléatoire/ correlation/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une ressource précieuse pour ceux qui souhaitent acquérir une compréhension solide des statistiques, tant sur le plan théorique que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