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SPIEGEL ,Murray/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Administration publique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statistiques descriptives/ variables : Discrètes, continues, échelles de mesure/ </w:t>
            </w:r>
          </w:p>
        </w:tc>
      </w:tr>
    </w:tbl>
    <w:p>
      <w:pPr>
        <w:pStyle w:val="Heading3"/>
      </w:pPr>
      <w:r>
        <w:t>Résumé :</w:t>
      </w:r>
    </w:p>
    <w:p>
      <w:r>
        <w:t>Pas de temps à perdre Les examens approchent et la panique vous guette Besoin d'améliorer vos résultats Ce livre est fait pour vous ! Des notions de cours, des formules, des astuces, des exercices : tout ce dont vous avez besoin pour comprendre et maîtriser rapidement l'essentiel de la statistique ! Ce livre présente: variables et graphiques; mesures de tendance centrale et de dispersion; théorie élémentaire des probabilités; distributions binomiale, normale et de poisson; théorie élémentaire des sondages; théories de l'estimation statistique, de la décision statistique; théorie des petits échantillonnages; test du khi-deux; courbes d'ajustement, méthodes des moindres carrés théorie de corrélation; analyse de la variance; tests non paramétriques. (Résumé de l'auteur)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