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Dassonvalle, Pascal/ Asch, Georges/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9782100701674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instrumentation industrielle/ chaîne de mesure/ </w:t>
            </w:r>
          </w:p>
        </w:tc>
      </w:tr>
    </w:tbl>
    <w:p>
      <w:pPr>
        <w:pStyle w:val="Heading3"/>
      </w:pPr>
      <w:r>
        <w:t>Résumé :</w:t>
      </w:r>
    </w:p>
    <w:p>
      <w:r>
        <w:t>Ce manuel s'adresse aux étudiants en fin de licence ou en master d'électronique ou de physique, aux étudiants en dernière année d'IUT GEII, ainsi qu'aux élèves-ingénieurs. Il sera également utile aux enseignants à la recherche d'exemples d'applications ou de sujets d'examen. Cet ouvrage rassemble 37 exercices et 25 problèmes avec leur solution détaillée. Il couvre une grande diversité de cas pratiques en électronique, métrologie, physique, traitement du signal... Les exercices sont le plus souvent centrés sur un point scientifique précis ou sur une difficulté technique de mise en œuvre. Les problèmes sont plus complets et pluridisciplinaires. Ils comportent souvent des développements technico-économiques ou des variantes possibles à la problématique traitée. Cette seconde édition compte 12 nouveaux exercices qui portent notamment sur les capteurs à courants de Foucault, les potentiomètres rotatifs ou les capteurs capacitifs.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