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construction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Teixido, C/ Jouanne, J.C/ Bauwe, B/ Chambraud, P/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2206082241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mécanique/ conception mécanique/ </w:t>
            </w:r>
          </w:p>
        </w:tc>
      </w:tr>
    </w:tbl>
    <w:p>
      <w:pPr>
        <w:pStyle w:val="Heading3"/>
      </w:pPr>
      <w:r>
        <w:t>Résumé :</w:t>
      </w:r>
    </w:p>
    <w:p>
      <w:r>
        <w:t>Le Guide de construction mécanique de Christian Teixido est un ouvrage pédagogique destiné à fournir les bases essentielles de la conception et du dimensionnement des pièces mécaniques utilisées en ingénierie industrielle. Il sert à la fois de cours synthétique et de référence pratique pour les étudiants et les techniciens.</w:t>
        <w:br/>
        <w:br/>
        <w:br/>
        <w:br/>
        <w:t>L’ouvrage couvre les principes fondamentaux de la résistance des matériaux, de la mécanique appliquée et des solutions constructives standards utilisées en conception mécanique. Il met l’accent sur les méthodes permettant de concevoir des pièces fiables, fonctionnelles et adaptées aux contraintes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