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High-speed pulse techniques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Coekin, J.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 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0080187749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pulse technique/ semiconductor/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