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des gites minéreaux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Raguin, Eugène/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3èm. éd. entièrement refondue et mise a jour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Gite minéraux/ Roches hôtes/ Gisements métalliques/ </w:t>
            </w:r>
          </w:p>
        </w:tc>
      </w:tr>
    </w:tbl>
    <w:p>
      <w:pPr>
        <w:pStyle w:val="Heading3"/>
      </w:pPr>
      <w:r>
        <w:t>Résumé :</w:t>
      </w:r>
    </w:p>
    <w:p>
      <w:r>
        <w:t>Le livre est un manuel de référence sur la géologie économique, centré sur l’étude des gisements minéraux et des conditions géologiques de leur formation. Il aborde à la fois les principes scientifiques et les applications pratiques dans la prospection minière.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